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4774: 加法算式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小蓝在黑板上看到一个数学算式题，算式题的形式类似于 a + ? = b，其中 a、b 代表两个整数。小蓝用手机对这个算式进行拍照扫描并转换成了字符串，转换后的字符串中夹杂了多余的空格。这时小蓝将转换后的字符串给到你，要求你帮助他计算出问号代表多少时，才能使算式成立。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字符串为： 2 1   +    ?   =  3   3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问号为 12 时算式成立。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输入一行字符串，表示小蓝扫描得到的算式。字符串的形式为 a + ? = b，其中 a 和 b 是整数，可能包含多余的空格。字符串中保证只有一个问号（?），且问号的位置固定在加号和等号之间。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输出一个整数，表示问号所代表的值，使得算式成立。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   +    ?   =  3  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