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4773: 二进制转换为十进制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4773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蓝桥等考进制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输入一个二进制正整数，将其转换成十进制数。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输入一个字符串，表示一个二进制正整数。字符串仅包含字符 0 和 1，且不包含前导零（除非该二进制数本身为 0）。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输出一个整数，表示输入的二进制数对应的十进制数值。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