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4767: 平均月收入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柯南大学毕业后工作了一年，想分析一下这一年的收入状况。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请你帮助他设计一个程序，通过过去 12 个月中每月的收入，计算平均月收入。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 12 个正整数，表示每个月的收入（单位：元），每个数都不大于 20,000。两个数之间以空格分隔。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输出一个正整数，为这 12 个月的平均月收入（单位：元；计算结果向下取整）。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6000 6500 6000 6000 7000 6500 6500 6600 5800 5800 6500 12000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6766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