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4764: 大小写互换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给定一个字符串，把其中所有的大写字母都替换成小写字母，同时把小写字母替换成大写字母，其余的字符不变。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输入包含一个字符串 S，该字符串的长度范围为 1 到 1000 个字符。字符串可能包含大写字母、小写字母以及非字母字符。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转换后的字符串：所有在输入字符串中的大写字母应被替换为对应的小写字母，所有小写字母应被替换为对应的大写字母，而非字母字符保持不变。确保输出的字符串与输入字符串长度相同，并且仅改变了字母的大小写状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I love C++ 100%!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 LOVE c++ 100%!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