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4763: 输出偶数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4763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在整数中，能被 2 整除的数称为偶数。现在请你编写一个程序，从小到大输出 1 到 11 之间的偶数，每输出一个换一行。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无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