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4757: 数列筛选偶数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4757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蓝桥等考数组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82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偶数是能够被 2 整除的整数。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给定一个长度为 n 的数列，找出偶数元素并按输入的顺序依次输出。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例如，当 n = 8，数列为：10 2 3 5 6 8 7 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输出数列的偶数元素为 10 2 6 8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输入的第一行包含一个正整数 n，表示数列的长度。接下来的一行包含 n 个由空格分隔的整数，表示给定的数列。（1 ≤ n ≤ 1000，n 个整数的大小都在 [-100000, 100000] 之间）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按原数列中出现的顺序依次输出所有偶数元素，每个元素后跟一个空格（包括最后一个元素后面）。如果原数列中不存在任何偶数元素，则输出为空。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10 2 3 5 6 8 7 9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10 2 6 8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