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4756: 彩色珠子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有一串编号从 1 开始的彩色珠子（见下图），从第一颗起，每颗珠子的颜色按照蓝、橙、绿的规律重复出现。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假定总共有 n 颗珠子，请编程把所有橙色珠子的编号依次找出来。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5788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80wy47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78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 (1 ≤ n ≤ 10^5)，表示珠子的总数。编号从 1 开始到 n 结束，按照蓝、橙、绿的顺序循环。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输出所有橙色珠子的编号，中间用空格隔开。编号按照从小到大的顺序输出。如果没有任何橙色珠子（即 n &lt; 2，因为第一个橙色珠子出现在编号 2），则不输出任何内容。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2 5 8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