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4746: 画“T”型图案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n，用 * 画出如图所示的 T 型图案。图案的第一行有 2 × n–1 个 *；接下来有 n 行，每行都只有一个 *，并且和第一行水平居中对齐。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 = 3 时，图案为：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= 4 时，图案为：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*******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n，表示 T 型图案的高度（从顶部的行开始计算，包括顶部的行有 n + 1 行）。（1 ≤ n ≤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输出由 * 组成的 T 型图案。第一行包含 2 × n−1 个 *，接下来的 n 行每行都只有一个 *，并且这些 * 应当与第一行的 * 水平居中对齐。确保每一行的 * 之前和之后没有多余的空格，且每行的 * 及其前面的空格数量使得所有图案垂直方向上是居中的。对于每个 T 型图案，最后一行结束后不需要额外的空行。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