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4744: 季节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4744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蓝桥等考分支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151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小蓝总记不住一年中四个季节的英文单词，于是想编写一个程序帮助记忆。在运行程序时，会根据输入的季节编号，输出其对应季节的英文单词，例如：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如果输入的编号为 1 ，则输出 Spring；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如果输入的编号为 2 ，则输出 Summer；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如果输入的编号为 3 ，则输出 Autumn；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如果输入的编号为 4 ，则输出 Winter；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如果输入其他编号，则输出 Error。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请你帮助小蓝设计这个程序。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输入一个整数 n（0 ≤  n ≤  10），表示某个季节的编号。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按照题目描述，输出对应季节的英文单词。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1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Spring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