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4741: 幸运大转盘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幸运大转盘就是一个被平分为六个扇形的圆盘。每个扇形上都写着一个奖项（ 1-6 等奖）。幸运大转盘中间有一个指针，转动转盘，转盘停止后指针指向哪一个奖项就代表获得几等奖。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模拟幸运大转盘，给出一个正整数 N，表示获得奖项的等级，要输出奖项对应的英文单词。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N，代表获得几等奖。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等奖对应的英文单词。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1，输出“one”；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2，输出“two”；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3，输出“three”；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4，输出“four”；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5，输出“five”；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6 ，输出“six”；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为其它，输出“error”。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one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