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4685: 树上漫步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GESP六级树的遍历二分图25年3月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 3月认证C++六级真题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有一棵  n  个结点的树，这些结点依次以  1, 2, …, n  标号。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想在这棵树上漫步。具体来说，小 A 会从树上的某个结点出发，每一步可以移动到与当前结点相邻的结点，并且小 A 只会在偶数步（可以是零步）后结束漫步。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 A 想知道，对于树上的每个结点，从这个结点出发开始漫步，经过偶数步能结束漫步的结点有多少个（可以经过重复的节点）。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n - 1  行，每行两个整数  u_i, v_i ，表示树上有一条连接结点  u_i  和结点  v_i  的边。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 n  个整数，第  i  个整数表示从结点  i  出发开始漫步，能结束漫步的结点数量。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1 ≤q n ≤q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≤q n ≤q 2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