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4683: 平均分配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GESP五级贪心25年3月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2025GESP3月认证 C++ 五级试题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图片中的内容是一个关于物品分配的问题。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有 2n 件物品，小 B 和小 C 想从小 A 手上买这些物品。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i 件物品，小 B 会以 b_i 的价格购买，而小 C 会以 c_i 的价格购买。为了平均分配这 2n 件物品，小 A 决定小 B 和小 C 各自只能买走恰好 n 件物品。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问题是求出小 A 卖出这 2n 件物品所能获得的最大收入。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 2n  个整数  b_1, b_2, …, b_{2n}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第三行， 2n  个整数  c_1, c_2, …, c_{2n}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一行，一个整数，表示答案。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的测试点，保证 1 ≤q n ≤q 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20% 的测试点，保证 0 ≤q b_i ≤q 1，0 ≤q c_i ≤q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≤q n ≤q 10^5，0 ≤q b_i ≤q 10^9，0 ≤q c_i ≤q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