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4682: 二阶矩阵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4682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GESP四级二维数组枚举25年3月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217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2025年GESP3月认证C++四级真题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A 有一个 n行 m列的矩阵 A 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A 认为一个 2 × 2 的矩阵 D 是好的，当且仅当 D_{1，1} × D_{2，2}=D_{1，2} × D_{2，1} 。其中 D 表示矩阵 D_{i，j} 的第 i 行第 j 列的元素。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 A 想知道  A 中有多少个好的子矩阵。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第一行，两个正整数 n，m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 n行，每行 m 个整数 A_{i，1}，A_{i，2}，...A_{i，m}。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一行，一个整数，表示 A 中好的子矩阵的数量。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1 2 1 0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2 4 2 1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0 3 3 0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样例中的好的子矩阵如下：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对于所有测试点，保证 1 ≤ n ≤ 500，1 ≤ m ≤ 500 ，-100 ≤ A_{i,j} ≤ 100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173589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egkk17rw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73589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