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4680: 词频统计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GESP三级字符串map25年3月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2025年GESP3月认证C++三级真题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在文本处理中，统计单词出现的频率是一个常见的任务。现在，给定 n 个单词，你需要找出其中出现次数最多的单词。在本题中，忽略单词中字母的大小写（即 Apple 、 apple 、APPLE、aPPle 等均视为同一个单词）。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请你编写一个程序，输入 n 个单词，输出其中出现次数最多的单词。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 ，表示单词的个数；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行，每行包含一个单词，单词由大小写英文字母组成。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输入保证，出现次数最多的单词只会有一个。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输出一行，包含出现次数最多的单词（输出单词为小写形式）。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banana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Orange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banana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apple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对于所有测试点，1 ≤ n ≤ 100 ，每个单词的长度不超过 30 ，且仅由大小写英文字母组成。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