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4679: 2025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GESP三级枚举位运算25年3月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2025年GESP3月认证C++三级真题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有一个整数 x，他想找到最小的正整数 y 使得下式成立：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(x and y) + (x or y) = 2025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and 表示二进制按位与运算，or 表示二进制按位或运算。如果不存在满足条件的 y，则输出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 x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一行，一个整数，若满足条件的 y 存在则输出 y ，否则输出 -1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1025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1000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0 ≤q x &lt; 2025。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【提示】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(x and y) + (x or y) = 2025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and 表示按位与运算，运算符为 &amp;。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or 表示按位或运算，运算符为 |。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