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4663: 简单算术题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蓝桥杯国赛字符串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蓝桥杯十四届国赛C++试卷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给定一道没有括号的四则混合运算算术题（可能包含多余的空格），请编程计算出结果。运算规则如下：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既有乘、除法又有加、减法的，要先算乘除法，再算加减法；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同级运算时，要从左往右按顺序计算；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所有除法运算的结果都只保留整数部分（直接舍弃小数部分）。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例如：当算术题为 {2 + 3*4 - 10/6 + 1/2*4} 时：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优先计算乘除法，有 {3*4=12}，{10/6=1}，{1/2*4=0}；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然后计算加减法，{2+3*4-10/6+1/2*4} = {2+12-1+0} = {13}，故输出 13。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输入一个字符串，表示算术题：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字符串长度 5 ≤q 长度 ≤q 100000；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字符串中只包含数字字符以及 {+}，{-}，{*}，{/} 运算符；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不含括号，可能包含空格；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算式中的运算数范围：1 ≤q 运算数 ≤q 200。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输出一个整数，表示算术题的计算结果。题目数据保证算式的每一步运算的结果都在 -2 × 10^9 ∼ 2 × 10^9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2+3*4-10/6+1/2*4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