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4650: 红绿灯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江苏省赛2024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2024年江苏省＂信息与未来＂小学生编程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七段数码管是一种用来显示数字的电子元件，由七个可以发光的小段组成，这些小段排列成一个数字 8 的形状。通过点亮不同的段,数码管可以显示出从 0 到 9 的数字。每个小段都有一个名字，从  A 到  G，按下图方式排列和命名：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数码管通过点亮不同的段显示不同的数字。例如：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数字 0 需要点亮 {A,B,C,D,E,F} 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数字 1 需要点亮 {B,C} 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数字 2 需要点亮 {A,B,D,E,G} 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Dr. X 发现，红绿灯上的数码管经常发生故障，故障分为两类：常亮和不亮：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如果数码管的某段发生了常亮故障，这一段都会始终保持点亮的状态。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如果数码管的某段发生了不亮故障，这一段都会始终保持不亮的状态。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今天，Dr. X 感觉红绿灯的一个数字显示异常,因此记录了数码管显示数字的日志。Dr. X 希望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你根据日志推测数码管的每一段分别可能发生了怎样的故障?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61685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skyjy2f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168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输入数据第一行一个整数 n，代表 Dr. X 日志的数量。接下来 n 行，每行一条日志 (一个字符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串)：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日志从一个数字 k(0 ≤q k ≤q 9) 开始,代表本次观察的数字。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紧跟着数字的是若干的字母（{A∼ G}，且每个字母至多出现一次），代表观察到数字 k 显示时，处于“亮”状态的数码管段。日志准确、没有遗漏地记录了数码管亮着的段，且记录日志的过程中，红绿灯的状态保持不变：常亮的段一直常亮、不亮的段一直不亮、正常的段一直正常。日志中可能有同一个数字的多次记录，但不会自相矛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 7 个字符，分别代表数码管 {A∼ G} 段的状态。对于每一段，如果有证据表明它常亮，输出大写字母 X。如果有证据表明它不亮，输出小写字母 x，否则输出半角减号 -。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数据范围与提示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0 ≤q n ≤q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&gt;本题原始满分为 15pts。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