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4627: 密文解密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蓝桥杯STEMA字符串数学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C++试卷（23年10月）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有一段密文，加密规律如下：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原文中所有的字符在字母表中的位置被左移了若干位（如：a 左移一位后为 z，A 左移一位后为 Z，f 左移三位后为 c ⋯）。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例如：密文为 Ayz，已知加密时原文中的字母被左移了 3 位，解密后，原文是 Dbc。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请根据这个规律，对密文进行解密。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输入共两行。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第一行输入一个只包含大小写字母的字符串（长度小于 100），表示密文。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第二行输入一个正整数 n（1 ≤ n ≤ 100000），表示原文中的字母在字母表中的位置被左移的位数。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输出一个字符串，表示解密后的原文。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Ayz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Dbc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