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4626: 跳水比赛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蓝桥杯STEMA嵌套循环二维数组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C++试卷（23年10月）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某校有 N 名选手参加跳水比赛。每名选手比赛后，由 6 名裁判评分，选手的最终得分为 6 名裁判评分的总和。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比赛结束之后，请计算出最高分与最低分相差多少。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4，表示有 4 名选手；裁判对于这 4 名选手的打分是：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5 9 6 8 7 6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7 7 7 8 6 7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5 7 6 7 5 7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7 7 7 5 9 8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名选手的最终分数分别为：41，42，37，43，其中最高分是 43 分，最低分是37 分，那么最高分和最低分相差了 6 分，故输出 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第一行输入一个正整数 N（2 ≤ N ≤ 100），表示参赛选手的人数。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接下来输入 N 行，每行 6 个整数（ 0 ≤  整数 ≤ 10），表示每个裁判的评分，整数之间以一个空格隔开。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输出一个整数，表示最高分与最低分的差值。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5 9 6 8 7 6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7 7 7 8 6 7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5 7 6 7 5 7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7 7 7 5 9 8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