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4625: 与3有关的数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C++试卷（23年10月）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如果一个正整数的个位可以被 3 整除，则这个正整数与 3 有关。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的个位是 0，0 能被 3 整除，故 10 与 3 有关；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的个位是 1，1 不能被 3 整除，故 11 与 3 无关；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 的个位是 9，9 能被 3 整除，故 19 与 3 有关。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给定一个正整数 N（1 ≤ N ≤ 10000），从小到大依次输出 1 到 N 之间所有与 3 有关的数。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N（1 ≤ N ≤ 10000）。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输出一行，表示 1 到 N 之间（含 1 和 N ）所有与 3 有关的正整数，从小到大排列，正整数之间以一个空格隔开。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3 6 9 10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