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4623: 删除数字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C++试卷（23年12月）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老师在黑板上写了一个不超过 500 位的正整数 n（1 ≤ n &lt; 10^{500}），要求同学们删除其中任意 k 个数字，剩余数字的顺序不变，希望得到的数最大。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 = 69134，k = 2，从 69134 中删除 2 个数字，将第一位 6 和第三位 1 删除，得到的新数 934 是最大的。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3408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iqw0fh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340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输入两个整数 n 和 k（1 ≤ n &lt; 10^{500}，0 ≤ k &lt; n 的位数），整数之间以一个空格隔开。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输出一个整数，表示删除 k 个数字后，得到的最大数。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69134 2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