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4620: 数位和为偶数的数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4620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蓝桥杯STEMA循环短除法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164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蓝桥杯十五届STEMA考试 C++试卷（23年12月）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给定一个整数 n，请找出 1 到 n 之间（包含 1 和 n）所有数位和为偶数的整数。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例如：n = 15，1 到 15 之间的整数为：1、2、3、4、5、6、7、8、9、10、11、12、13、14、15；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数位和依次为：1、2、3、4、5、6、7、8、9、1、2、3、4、5、6；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数位和为偶数的是：2、4、6、8、11、13、15。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 n（2 ≤ n ≤ 1000)。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一行输出若干个整数，表示 1 到 n 之间（包含 1 和 n）所有数位和为偶数的数，并按照从小到大的顺序依次输出，整数之间以一个空格隔开。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2 4 6 8 11 13 15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提示信息：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偶数：能被 2 整除的数。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数位和：一个整数中所有数位上的数字之和。例如：整数 123，数位和是 6（1 + 2 + 3)。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