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4619: 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C++试卷（23年12月）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个整数，请计算出所有大于等于 10 的整数之和。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 n = 5，5 个整数分别为 10、20、4、30、9，其中大于等于 10 的整数有 10、20、30，它们的和为 60（10 + 20 + 30）。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n（1 ≤ n ≤ 1000)。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 P_i（1 ≤ P_i ≤ 100），整数之间以一个空格隔开。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输出一个整数，表示所有大于等于 10 的整数之和。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10 20 4 30 9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