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4608: 包含 7 的回文数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4608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蓝桥杯STEMA循环短除法函数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350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蓝桥杯十五届STEMA考试 C++试卷（24年3月）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给定两个整数 a，b，请统计 a 到 b 之间（包含 a 和 b）有多少个包含数字 7 的回文数。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例如：a = 6，b = 80，6 到 80 之间的回文数有 6、7、8、9、11、22、33、44、55、66、77，其中有 2 个回文数包含 7（7 和 77）。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一行输入两个整数 a 和 b（1 ≤ a ≤ b ≤ 100000），整数之间以一个空格隔开。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 a 到 b 之间（包含 a 和 b）包含数字 7 回文数的个数。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6 80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提示信息：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回文数：一个自然数从左往右读和从右往左读都一样，则该自然数被称为回文数。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例如：121 是回文数，123 不是回文数。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