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4607: 寒假试卷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C++试卷（24年3月）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寒假期间小明需要做完 n 张试卷，但他每天最多能做完 m 张，请计算出小明做完 n 张试卷最少需要多少天？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一行输入两个整数 n 和 m（1 ≤ n ≤ 100，1 ≤ m ≤ 10），分别表示要完成的试卷张数，及每天最多能做完的试卷张数，整数之间以一个空格隔开。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输出一个整数，表示小明最少多少天能做完 n 张试卷。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