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4581: 左邻右舍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4581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市赛南京2024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2024南京市“信息与未来”程序设计小能手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编号为 1,2,…,n 的 n 个小朋友按顺序围成⼀个圈 ，编号为 x 的同学想知道他左邻右舍分别是谁。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391445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rm72omg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391445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输入⼀行 ，两个整数 n,x, 中间用空格隔开。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输出⼀行，两个整数，按从小到大的顺序输出 x 的左邻右舍 ，两数中间用一个空格隔开。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数据规模与提示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100 % 的数据 ，满足 3 ≤ n ≤ 100 且 x 合理。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