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4579: 比较字典码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4579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 2 个不同的、不含空格的字符串，请将其中字典码较大的字符串输出，并输出该字符串的长度。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输入两行，每行输入一个仅包含大小写字母的字符串。（字符串长度不超过 20）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2 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行输出字典码较大的字符串。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行输出字典码较大的字符串的长度。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