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4567: 树的根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4567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一棵有 N 个结点的树，树上结点编号为 1 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已知树上 N-1 条边，且已知每条边的父子关系。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请编程求出树上根结点的编号。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 代表树上结点的数量。(1 ≤ N ≤ 100)。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N-1 行，每行输入两个整数 X, Y，代表编号为 X 的结点是编号为 Y 的结点的父。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输出一个整数，代表树上根结点的编号。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