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4167: 排队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4167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GESP八级数学并查集排列组合24年12月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2024年12月认证 C++ 8级真题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小杨所在班级共有 n 位同学，依次以  1,2, ⋯ , n 标号。这 n 位同学想排成一行队伍，其中有些同学之间关系非常好，在队伍里需要排在相邻的位置。具体来说，有 m 对这样的关系（ m 是⼀个非负整数）。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  m ≥ 1 时，第 i 对关系（1 ≤ i ≤ m）给出 a_i,b_i，表示排队时编号为 a_i 的同学需要排在编号为 b_i 的同学前面，并且两人在队伍中相邻。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现在小杨想知道总共有多少种排队方式。由于答案可能很大，你只需要求出答案对 10^9+7 取模的结果。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第一行，两个整数 n,m，分别表示同学们的数量与关系数量。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行，每行两个整数 ，表示一对关系。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一行，一个整数，表示答案对 10^9+7  取模的结果。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20 % 的测试数据点，保证 1 ≤ n ≤ 8, 0 ≤ m ≤ 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对于另外 20 % 的测试数据点，保证  1 ≤ n ≤ 10^3, 0 ≤ m ≤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对于所有测试数据点，保证  1 ≤ n ≤ 2 × 10^5, 0 ≤ m ≤ 2 × 10^5。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