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4140: 数位和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GESP二级循环拆位24年12月短除法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12月认证 C++ 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个正整数，小杨想知道这些正整数的数位和中最大值是多少。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“数位和”指的是一个数字中所有数位的和。例如：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对于数字 12345，它的各个数位分别是 1,2 ,3 ,4 , 5。将这些数位相加，得到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1+2+3+4+5=15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因此， 12345 的数位和是 15。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n，代表正整数个数。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行，每行包含一个正整数。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输出这些正整数的数位和的最大值。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10^5，每个正整数不超过 10^{12}。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