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4137: 温度转换</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4137</w:t>
            </w:r>
          </w:p>
        </w:tc>
      </w:tr>
      <w:tr>
        <w:tc>
          <w:tcPr>
            <w:tcW w:type="dxa" w:w="4320"/>
          </w:tcPr>
          <w:p>
            <w:r>
              <w:t>标签</w:t>
            </w:r>
          </w:p>
        </w:tc>
        <w:tc>
          <w:tcPr>
            <w:tcW w:type="dxa" w:w="4320"/>
          </w:tcPr>
          <w:p>
            <w:r>
              <w:t>GESP一级分支24年12月</w:t>
            </w:r>
          </w:p>
        </w:tc>
      </w:tr>
      <w:tr>
        <w:tc>
          <w:tcPr>
            <w:tcW w:type="dxa" w:w="4320"/>
          </w:tcPr>
          <w:p>
            <w:r>
              <w:t>难度</w:t>
            </w:r>
          </w:p>
        </w:tc>
        <w:tc>
          <w:tcPr>
            <w:tcW w:type="dxa" w:w="4320"/>
          </w:tcPr>
          <w:p>
            <w:r>
              <w:t>入门</w:t>
            </w:r>
          </w:p>
        </w:tc>
      </w:tr>
      <w:tr>
        <w:tc>
          <w:tcPr>
            <w:tcW w:type="dxa" w:w="4320"/>
          </w:tcPr>
          <w:p>
            <w:r>
              <w:t>正确</w:t>
            </w:r>
          </w:p>
        </w:tc>
        <w:tc>
          <w:tcPr>
            <w:tcW w:type="dxa" w:w="4320"/>
          </w:tcPr>
          <w:p>
            <w:r>
              <w:t>1805</w:t>
            </w:r>
          </w:p>
        </w:tc>
      </w:tr>
      <w:tr>
        <w:tc>
          <w:tcPr>
            <w:tcW w:type="dxa" w:w="4320"/>
          </w:tcPr>
          <w:p>
            <w:r>
              <w:t>来源</w:t>
            </w:r>
          </w:p>
        </w:tc>
        <w:tc>
          <w:tcPr>
            <w:tcW w:type="dxa" w:w="4320"/>
          </w:tcPr>
          <w:p>
            <w:r>
              <w:t>GESP 12月认证 C++ 一级真题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小杨最近学习了开尔文温度、摄氏温度和华氏温度的转换。令符号 K 表示开尔文温度，符号 C 表示摄氏温度，符号 F 表示华氏温度，这三者的转换公示如下：</w:t>
      </w:r>
    </w:p>
    <w:p>
      <w:pPr>
        <w:spacing w:before="40" w:after="40"/>
        <w:ind w:left="720"/>
      </w:pPr>
      <w:r>
        <w:rPr>
          <w:rFonts w:ascii="Consolas" w:hAnsi="Consolas"/>
          <w:sz w:val="18"/>
        </w:rPr>
        <w:t>C = K - 273.15</w:t>
      </w:r>
    </w:p>
    <w:p>
      <w:pPr>
        <w:spacing w:before="40" w:after="40"/>
        <w:ind w:left="720"/>
      </w:pPr>
      <w:r>
        <w:rPr>
          <w:rFonts w:ascii="Consolas" w:hAnsi="Consolas"/>
          <w:sz w:val="18"/>
        </w:rPr>
        <w:t>F = C * 1.8 + 32</w:t>
      </w:r>
    </w:p>
    <w:p>
      <w:pPr>
        <w:spacing w:before="40" w:after="40"/>
        <w:ind w:left="720"/>
      </w:pPr>
      <w:r>
        <w:rPr>
          <w:rFonts w:ascii="Consolas" w:hAnsi="Consolas"/>
          <w:sz w:val="18"/>
        </w:rPr>
      </w:r>
    </w:p>
    <w:p>
      <w:pPr>
        <w:spacing w:before="40" w:after="40"/>
        <w:ind w:left="720"/>
      </w:pPr>
      <w:r>
        <w:rPr>
          <w:rFonts w:ascii="Consolas" w:hAnsi="Consolas"/>
          <w:sz w:val="18"/>
        </w:rPr>
        <w:t>现在小杨想编写一个程序计算某一开尔文温度对应的摄氏温度和华氏温度，你能帮帮他吗？</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一行，一个实数 K，表示开尔文温度。</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一行，若输入开尔文温度对应的华氏温度高于 212，输出 Temperature is too high!;</w:t>
      </w:r>
    </w:p>
    <w:p>
      <w:pPr>
        <w:spacing w:before="40" w:after="40"/>
        <w:ind w:left="720"/>
      </w:pPr>
      <w:r>
        <w:rPr>
          <w:rFonts w:ascii="Consolas" w:hAnsi="Consolas"/>
          <w:sz w:val="18"/>
        </w:rPr>
        <w:t>否则，输出两个空格分隔的实数 C 和 F，分别表示摄氏温度和华氏度，保留两位小数。</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0 &lt; K &lt; 10^5。</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