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3976: 我要打十个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3976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个人，第 i 个人的战斗力是 a_i。(a_i ≠ 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如果一个人 A 的战斗力是 x，另一个人 B 的战斗力是 y，则称 A 能打  (x)/(y) 个 B。如果 A 的战斗力是 5，B 的战斗力是 2，那么我们就称“A 能打 (5)/(2) 个 B”。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请你求出，在 n 个人中选出两个人分别作为 A、B（注意：A 和 B 不能是同一个人），则 A 最多能打多少个 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个整数，第 i 个表示 a_i。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输出一行一个字符串，表示答案。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如果答案是一个整数，则直接输出这个整数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否则，将答案转化为最简分数 (p)/(q) 的表示方式，并以 p/q 的格式输出。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 p 是整数，q 是正整数且 p, q 互质。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将第三个人选为 A，第一个人选为 B，则我们称 A 能打 5 个 B。容易证明，这是最优的选择方案。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60 % 的数据，n ≤ 3 × 10^3，a_i &gt;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100 % 的数据，2 ≤ n ≤ 10^5，−10^4 ≤ a_i ≤ 10^4 且保证 a_i ≠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