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3951: 彩票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有一种彩票的玩法是从 1 ∼ 49 这 49 个整数中挑选 6 个数字。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小梦根据这个彩票的玩法，设计出了一个选号游戏，就是从这 49 个数字中选出一个子集 S，S 中包含了 k（k &gt; 6）个数字，然后从 S 中再选择 6 个数字作为最终选定的号码。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你的任务是，给你 k 和集合 S，输出从 S 中选择投注号码的所有组合。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输入包含多组测试数据。每组输入首先是一个整数 k（6&lt; k &lt; 13）。然后是 k 个整数，表示集合 S，这 k 个整数按升序给出。当 k=0 时，输入结束。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对于每组输入，输出所有的投注组合，每行一种，每种按照号码升序排列，所有组合按照字典序升序排列。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每两组输出之间输出一个空行。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7 1 2 3 4 5 6 7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8 1 2 3 5 8 13 21 34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1 2 3 5 8 13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1 2 3 5 8 21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1 2 3 5 8 34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1 2 3 5 13 21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1 2 3 5 13 34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1 2 3 8 13 21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1 2 3 8 13 34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1 2 3 8 21 34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1 2 5 8 13 21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1 2 5 8 13 34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1 2 5 8 21 34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1 3 5 8 13 21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1 3 5 8 13 34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1 3 5 8 21 34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2 3 5 8 13 21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2 3 5 8 13 34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2 3 5 8 21 34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2 5 8 13 21 34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3 5 8 13 21 34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