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3939: 小木棍（sticks） [CSP-J 2024]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2024数学贪心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S 喜欢收集小木棍。在收集了 n 根长度相等的小木棍之后，他闲来无事，便用它们拼起了数字。用小木棍拼每种数字的方法如下图所示。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S 希望拼出一个正整数，满足如下条件：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拼出这个数恰好使用 n 根小木棍；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拼出的数没有前导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在满足以上两个条件的前提下，这个数尽可能小。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S 想知道这个数是多少，可 n 很大，把木棍整理清楚就把小 S 折腾坏了，所以你需要帮他解决这个问题。如果不存在正整数满足以上条件，你需要输出 -1 进行报告。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491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ykiz1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491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本题有多组测试数据。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T，表示数据组数。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接下来包含 T 组数据，每组数据的格式如下：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一行包含一个整数 n，表示木棍数。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对于每组数据：输出一行，如果存在满足题意的正整数，输出这个数；否则输出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对于第一组测试数据，不存在任何一个正整数可以使用恰好一根小木棍摆出，故输出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对于第四组测试数据，注意 0 并不是一个满足要求的方案。摆出 9、41 以及 111 都恰好需要 6 根小木棍，但它们不是摆出的数最小的方案。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对于第五组测试数据，摆出 208 需要 5 + 6 + 7 = 18 根小木棍。可以证明摆出任何一个小于 208 的正整数需要的小木棍数都不是 18。注意尽管拼出 006 也需要 18 根小木棍，但因为这个数有前导零，因此并不是一个满足要求的方案。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对于所有测试数据，保证：1 ≤q T ≤q 50，1 ≤q n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测试点编号n≤q特殊性质120无250无310^3A4,510^5A610^3B7,810^5B910^3无1010^5无特殊性质 A：保证 n 是 7 的倍数且 n ≥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B：保证存在整数 k 使得 n = 7k + 1，且 n ≥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