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3905: 手套配对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GESP八级排列组合24年9月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对不同的手套，每对手套由左右各一只组成。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小杨想知道从中取出 m 只手套， m  只手套恰好包含 k 对手套的情况有多少种。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小杨认为两种取出的情况不同，当且仅当两种情况取出的手套中存在不同的手套（同一对手套的左右手也视为不同的手套）。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 t 组测试用例。对于每组测试用例，一共一行。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n,m,k，代表手套数量，取出的手套数和目标对数。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对于每组测试数据，输出一个整数，代表可能的情况数量对 10^9+7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 ≤ 10^5,1  ≤ n ≤ 1000, 1  ≤ m ≤ 2 × n ,1 ≤ k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子任务编号数据点占比tnmk130%≤ 5≤ 1000≤ 3=1230%≤ 5≤ 5≤ 10 ≤ 5340%≤ 10^5≤ 1000≤ 2000 ≤ 2000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