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3903: 小杨寻宝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3903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GESP七级树树形DP24年9月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9月认证 C++ 七级真题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小杨有一棵包含 n 个节点的树，树上的一些节点放置有宝物。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小杨可以任意选择一个节点作为起点并在树上移动，但是小杨只能经过每条边至多一次，当小杨经过一条边后，这条边就会消失。小杨每经过一个放置有宝物的节点就会取得该宝物。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小杨想请你帮他判断自己能否成功取得所有宝物。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t，代表测试用例组数。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接下来是 t组测试用例。对于每组测试用例，一共 n+1 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 ，代表树的节点数。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 n 个非负整数 a_1 , a_2 , ⋯ , a_n，其中如果 a_i=1，则节点 i 放置有宝物，若 a_i=0，则节点  i  没有宝物。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n-1 行，每行包含两个正整数 x_i,y_i，代表存在一条连接节点 x_i和 y_i的边。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对于每组测试数据，如果小杨能成功取得所有宝物，输出 Yes，否则输出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0 1 0 1 0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Yes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 ≤ 10,1  ≤ n ≤ 10^5 ,0  ≤ a_i ≤ 1 ,且保证树上一定有至少一个节点放置有宝物。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对于第一组测试用例，小杨从节点 2 出发，按照 2 -1 -3 -4 的顺序即可成功取得所有宝物。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子任务编号数据点占比tn120%≤ 10≤ 5220%≤ 10≤ 1000360%≤ 10≤ 10^5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