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3892: 美丽数字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3892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GESP一级循环24年9月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2583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 9月认证 C++ 一级真题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小杨有 n 个正整数，他认为一个正整数是美丽数字当且仅当该正整数是 9 的倍数但不是 8 的倍数。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小杨想请你编写一个程序计算 n 个正整数中美丽数字的数量。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第一行包含一个正整数 n，代表正整数个数。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第二行包含 n个正整数 a_1, a_2, a_3, ⋯,a_n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输出一个整数，代表其中美丽数字的数量。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【数据说明】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对于全部数据，保证有1 ≤ n ≤ 10^5，1 ≤ a_i ≤ 10^5。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1 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既不是 9 的倍数，也不是 8 的倍数；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是 9 的倍数，不是 8 的倍数；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72 既是 9 的倍数，也是 8 的倍数；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因此答案为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