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3871: 最远点对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GESP八级树形DP24年6月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个节点的树，这棵树上的任意一个节点要么是白色，要么是黑色。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小杨想知道相距最远的一对不同颜色节点的距离是多少。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，代表树的节点数。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个非负整数 a_1,a_2,...,a_n（对于所有的 1 ≤ i ≤ n ，均有 a_i 等于 0 或 1），其中如果 a_i=0，则节点 i 的颜色为白色；如果 a_i=1 ，则节点 i 的颜色为黑色。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n-1 行，每行包含两个正整数 x_i,y_i，代表存在⼀条连接节点 x_i 和 y_i 的边。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保证输入的树中存在不同颜色的点。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输出一个整数，代表相距最远的一对不同颜色节点的距离。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相距最远的不同颜色的一对节点为节点 2 和 5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10^5，0 ≤ a_i ≤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2761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19lqisj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7614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