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media/image1.jpg" ContentType="image/pn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3870: 区间乘积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3870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GESP七级数论24年6月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2024年GESP 6月认证C++七级真题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小杨有一个包含 n 个正整数的序列 A=[a_1,a_2,...,a_n]。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小杨想知道有多少对 &lt; l,r  &gt; (1 ≤ l ≤ r ≤ n )满足 a_l × a_{l+1} × ...× a_r 为完全平方数。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x 为完全平方数当且仅当存在一个正整数 y 使得 x=y × y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第一行包含一个正整数 n ，代表正整数个数。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第二行包含 n 个正整数 a_1,a_2,...,a_n ，代表序列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输出一个整数，代表满足要求的 &lt;l,r&gt; 数量。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3 2 4 3 2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【样例解释】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满足条件的 &lt;l,r&gt; 有 &lt;3,3&gt; 和 &lt;1,5&gt;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对于全部数据，保证有 1 ≤ n ≤ 10^5,1 ≤ a_i ≤ 30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166851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ukmwz47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1668517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