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3869: 黑白翻转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GESP七级树24年6月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6月认证C++七级真题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小杨有一棵包含 n 个节点的树，这棵树上的任意一个节点要么是白色，要么是黑色。小杨认为一棵树是美丽树当且仅当在删除所有白色节点之后，剩余节点仍然组成一棵树。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小杨每次操作可以选择一个白色节点将它的颜色变为黑色，他想知道自己最少要执行多少次操作可以使得这棵树变为美丽树。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 ，代表树的节点数。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个非负整数 a_1,a_2,...a_n ，其中如果 a_i=0 ，则节点 i 的颜色为白色，否则为黑色。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n-1 行，每行包含两个正整数 x_i,y_i ，代表存在一条连接节点 x_i 和 y_i 的边。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输出一个整数，代表最少执行的操作次数。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0 1 0 1 0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将节点 1 和 3 变为黑色即可使这棵树变为美丽树，此时删除白色节点 5 ，剩余黑色节点仍然组成一棵树。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10^5,0 ≤ a_i ≤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1541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oifd9w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1541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