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3867: 计算得分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3867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GESP六级动态规划24年6月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6月认证C++六级真题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小杨想要计算由 m 个小写字母组成的字符串的得分。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小杨设置了一个包含 n 个正整数的计分序列 A=[a_1,a_2,...,a_n]，如果字符串的一个子串由 k(1 ≤ k ≤ n ) 个 abc 首尾相接组成，那么能够得到分数 a_k ，并且字符串包含的字符不能够重复计算得分，整个字符串的得分是计分子串的总和。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例如，假设 n=3，字符串 dabcabcabcabzabc 的所有可能计分方式如下：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d+abc+abcabc+abz+abc 或者 d+abcabc+abc+abz+abc，其中 d 和 abz 不计算得分，总得分为 a_1+a_2+a_1；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d+abc+abc+abc+abz+abc，总得分为a_1+a_1+a_1+a_1；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d+abcabcabc+abz+abc，总得分为 a_3+a_1；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小杨想知道对于给定的字符串，最大总得分是多少。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 ，代表计分序列 A 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个正整数，代表计分序列 A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第三行包含一个正整数 m，代表字符串的长度。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第四行包含一个由 m 个小写字母组成的字符串。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输出一个整数，代表给定字符串的最大总得分。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dabcabcabcabz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最优的计分方式为 d+abc+abc+abc+abz，总得分为 a_1+a_1+a_1 ，共 9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 ≤ 20，1 ≤ m ≤ 10^5，1 ≤ a_i ≤ 1000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840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5ip7k89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84082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