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3863: 黑白方块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GESP四级二维数组枚举24年6月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6月认证C++四级真题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小杨有一个 n 行 m 列的网格图，其中每个格子要么是白色，要么是黑色。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对于网格图中的一个子矩形，小杨认为它是平衡的当且仅当其中黑色格子与白色格子数量相同。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小杨想知道最大的平衡子矩形包含了多少个格子。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第一行包含两个正整数 n，m ，含义如题面所示。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行，每行一个长度为 m 的 01 串，代表网格图第 i 行格子的颜色，如果为 0，则对应格子为白色，否则为黑色。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输出一个整数，代表最大的平衡子矩形包含格子的数量，如果不存在则输出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00011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1，假设 (i，j ) 代表第 i ⾏第 j 列，最大的平衡子矩形的四个顶点分别为 (1，2 )，(1,5 )，(4，2)，(4，5 )。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n，m ≤ 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