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3733: 棋盘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3733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2024常州市赛T7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Y 有一个 n × n 棋盘，开始时这个棋盘每个格子的颜色是白黑相间的，即第一行的第 1,3,5……个格子是白色，第 2,4,6……个格子是黑色，第二行第 2,4,6……个格子是白色，第 1,3,5……个格子是黑色，如下图所示。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Y 会进行 q 次操作，每次操作会将某一行或者某一列的所有格子的颜色反转，即白色格子变成黑色格子，黑色格子变成白色格子。小 Y 想知道，在每次操作之后，一共有多少个同颜色(全黑或全白)的联通区域。这里联通指的是四联通，即两个格子之间有边相邻才算联通。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1287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hs8n3rk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1287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2 个正整数 n，q，表示棋盘的大小和操作的次数。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到 q+1 行每行 2 个正整数 opt[i]，a[i]，若 opt[i] 为 1 则表示反转的是行，为 2 则表示反转的是列，a[i] 表示反转的是第几行/列。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q 行每行一个整数，表示在经过该次操作后，一共有多少个同颜色的联通区域。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初始棋盘白黑相间，第一次操作后有 3 个同颜色的联通区域，第二次操作后有 2 个同颜色的联通区域，第三次操作后有 6 个同颜色的联通区域。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10 个测试点，每个测试点 12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对于全部测试点：1 ≤ q, n ≤ 10^5, 1 ≤ opt[i] ≤ 2, 1 ≤ a[i] ≤ 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1-4：1 ≤ n ≤ 4, 1 ≤ q ≤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5-6：1 ≤ n ≤ 10^5, q=1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7-9：1 ≤ n ≤ 10^5 , 保证同一个测试点所有的opt[i] 均相等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1443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rympuaj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14438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