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media/image3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3732: 盒子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3732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2024常州市赛T6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有 n 个盒子，第 i 个盒子的大小是 a[i], 小 Y 保证 a[i] 一定是 2 的若干次方，比如1,2,4,8,16,32,64,128,512,1024……，一个大小为 a[i]  的盒子的容量是 a[i]/2 ，就是说它可以装下总大小不超过 a[i]/2 的其他盒子，特别地，大小为 1 的盒子不能装下其他盒子。并且，装在盒子里的盒子也可以装其他盒子，比如，大小为 8 的盒子可以装下一个大小为 4 的盒子且大小为 4 的盒子事先已经装了一个大小为 2 的盒子。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 Y 想知道，最少能有多少个不被其他盒子装下的盒子？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1 个正整数 n，表示盒子的数量。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个正整数 a[i]，表示每个盒子的大小，保证a[i] 一定是 2 的若干次方。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一行一个正整数表示最少能有多少个不被其他盒子装下的盒子。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图中盒子内部的灰色部分表示盒子不能用来装东西的一半容量，白色部分表示能用来装东西的一半容量，图中只有最大的盒子没有被装在其它盒子中，因此答案为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【样例解释3】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12 个测试点，每个测试点 10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对于全部测试点：1 ≤ n ≤ 100000, 1 ≤ a[i] ≤ 2^{60}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对于测试点1-3 ：1 ≤ n ≤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对于测试点4-5 ：1 ≤ a[i] ≤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对于测试点6-9 ：1 ≤ n ≤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2^{60}=1152921504606846976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8318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ybdzqb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318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142780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tx2rgk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278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3:</w:t>
      </w:r>
    </w:p>
    <w:p>
      <w:r>
        <w:drawing>
          <wp:inline xmlns:a="http://schemas.openxmlformats.org/drawingml/2006/main" xmlns:pic="http://schemas.openxmlformats.org/drawingml/2006/picture">
            <wp:extent cx="4572000" cy="7813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kqxt8u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8137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