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题目 3731: 游戏</w:t>
      </w:r>
    </w:p>
    <w:p>
      <w:pPr>
        <w:pStyle w:val="Heading1"/>
      </w:pPr>
      <w:r>
        <w:t>基本信息</w:t>
      </w:r>
    </w:p>
    <w:tbl>
      <w:tblPr>
        <w:tblW w:type="auto" w:w="0"/>
        <w:tblLook w:firstColumn="1" w:firstRow="1" w:lastColumn="0" w:lastRow="0" w:noHBand="0" w:noVBand="1" w:val="04A0"/>
      </w:tblPr>
      <w:tblGrid>
        <w:gridCol w:w="4320"/>
        <w:gridCol w:w="4320"/>
      </w:tblGrid>
      <w:tr>
        <w:tc>
          <w:tcPr>
            <w:tcW w:type="dxa" w:w="4320"/>
          </w:tcPr>
          <w:p>
            <w:r>
              <w:t>题号</w:t>
            </w:r>
          </w:p>
        </w:tc>
        <w:tc>
          <w:tcPr>
            <w:tcW w:type="dxa" w:w="4320"/>
          </w:tcPr>
          <w:p>
            <w:r>
              <w:t>3731</w:t>
            </w:r>
          </w:p>
        </w:tc>
      </w:tr>
      <w:tr>
        <w:tc>
          <w:tcPr>
            <w:tcW w:type="dxa" w:w="4320"/>
          </w:tcPr>
          <w:p>
            <w:r>
              <w:t>标签</w:t>
            </w:r>
          </w:p>
        </w:tc>
        <w:tc>
          <w:tcPr>
            <w:tcW w:type="dxa" w:w="4320"/>
          </w:tcPr>
          <w:p>
            <w:r>
              <w:t>市赛常州2024</w:t>
            </w:r>
          </w:p>
        </w:tc>
      </w:tr>
      <w:tr>
        <w:tc>
          <w:tcPr>
            <w:tcW w:type="dxa" w:w="4320"/>
          </w:tcPr>
          <w:p>
            <w:r>
              <w:t>难度</w:t>
            </w:r>
          </w:p>
        </w:tc>
        <w:tc>
          <w:tcPr>
            <w:tcW w:type="dxa" w:w="4320"/>
          </w:tcPr>
          <w:p>
            <w:r>
              <w:t>基础</w:t>
            </w:r>
          </w:p>
        </w:tc>
      </w:tr>
      <w:tr>
        <w:tc>
          <w:tcPr>
            <w:tcW w:type="dxa" w:w="4320"/>
          </w:tcPr>
          <w:p>
            <w:r>
              <w:t>正确</w:t>
            </w:r>
          </w:p>
        </w:tc>
        <w:tc>
          <w:tcPr>
            <w:tcW w:type="dxa" w:w="4320"/>
          </w:tcPr>
          <w:p>
            <w:r>
              <w:t>1</w:t>
            </w:r>
          </w:p>
        </w:tc>
      </w:tr>
      <w:tr>
        <w:tc>
          <w:tcPr>
            <w:tcW w:type="dxa" w:w="4320"/>
          </w:tcPr>
          <w:p>
            <w:r>
              <w:t>来源</w:t>
            </w:r>
          </w:p>
        </w:tc>
        <w:tc>
          <w:tcPr>
            <w:tcW w:type="dxa" w:w="4320"/>
          </w:tcPr>
          <w:p>
            <w:r>
              <w:t>2024常州市赛T5</w:t>
            </w:r>
          </w:p>
        </w:tc>
      </w:tr>
    </w:tbl>
    <w:p>
      <w:pPr>
        <w:pStyle w:val="Heading1"/>
      </w:pPr>
      <w:r>
        <w:t>题目描述</w:t>
      </w:r>
    </w:p>
    <w:p>
      <w:pPr>
        <w:spacing w:before="40" w:after="40"/>
        <w:ind w:left="720"/>
      </w:pPr>
      <w:r>
        <w:rPr>
          <w:rFonts w:ascii="Consolas" w:hAnsi="Consolas"/>
          <w:sz w:val="18"/>
        </w:rPr>
      </w:r>
    </w:p>
    <w:p>
      <w:pPr>
        <w:spacing w:before="40" w:after="40"/>
        <w:ind w:left="720"/>
      </w:pPr>
      <w:r>
        <w:rPr>
          <w:rFonts w:ascii="Consolas" w:hAnsi="Consolas"/>
          <w:sz w:val="18"/>
        </w:rPr>
        <w:t>小 Y 和小 H 在玩游戏，由小 Y 开始，他们轮流操作一个长度为 n × 2 的正整数序列，一次删除这个序列中的一个数，直到最后剩下 2 个数时停止。若小 H 进行某次操作后序列形成一个回文序列或者这个序列初始本身就是回文序列，则小 H 胜利，否则小 Y 胜利。小 Y 和小 H 都是极其聪明的(即每一步操作都是对他们自身而言的最优操作)，小 Y 想知道最后他可以获胜吗？</w:t>
      </w:r>
    </w:p>
    <w:p>
      <w:pPr>
        <w:spacing w:before="40" w:after="40"/>
        <w:ind w:left="720"/>
      </w:pPr>
      <w:r>
        <w:rPr>
          <w:rFonts w:ascii="Consolas" w:hAnsi="Consolas"/>
          <w:sz w:val="18"/>
        </w:rPr>
        <w:t>回文序列是指一个序列倒过来跟本身一样的序列，如</w:t>
      </w:r>
    </w:p>
    <w:p>
      <w:pPr>
        <w:spacing w:before="40" w:after="40"/>
        <w:ind w:left="720"/>
      </w:pPr>
      <w:r>
        <w:rPr>
          <w:rFonts w:ascii="Consolas" w:hAnsi="Consolas"/>
          <w:sz w:val="18"/>
        </w:rPr>
        <w:t>17,23,23,17 是一个回文序列，而 1,2,1,2 则不是回文序列。</w:t>
      </w:r>
    </w:p>
    <w:p>
      <w:pPr>
        <w:spacing w:before="40" w:after="40"/>
        <w:ind w:left="864"/>
      </w:pPr>
      <w:r>
        <w:rPr>
          <w:rFonts w:ascii="Consolas" w:hAnsi="Consolas"/>
          <w:sz w:val="18"/>
        </w:rPr>
        <w:t xml:space="preserve"> </w:t>
      </w:r>
    </w:p>
    <w:p>
      <w:pPr>
        <w:pStyle w:val="Heading1"/>
      </w:pPr>
      <w:r>
        <w:t>输入</w:t>
      </w:r>
    </w:p>
    <w:p>
      <w:pPr>
        <w:spacing w:before="40" w:after="40"/>
        <w:ind w:left="720"/>
      </w:pPr>
      <w:r>
        <w:rPr>
          <w:rFonts w:ascii="Consolas" w:hAnsi="Consolas"/>
          <w:sz w:val="18"/>
        </w:rPr>
      </w:r>
    </w:p>
    <w:p>
      <w:pPr>
        <w:spacing w:before="40" w:after="40"/>
        <w:ind w:left="720"/>
      </w:pPr>
      <w:r>
        <w:rPr>
          <w:rFonts w:ascii="Consolas" w:hAnsi="Consolas"/>
          <w:sz w:val="18"/>
        </w:rPr>
        <w:t>第一行为一个正整数 T，表示共有 T 组测试数据。</w:t>
      </w:r>
    </w:p>
    <w:p>
      <w:pPr>
        <w:spacing w:before="40" w:after="40"/>
        <w:ind w:left="720"/>
      </w:pPr>
      <w:r>
        <w:rPr>
          <w:rFonts w:ascii="Consolas" w:hAnsi="Consolas"/>
          <w:sz w:val="18"/>
        </w:rPr>
        <w:t>每组测试数据第一行为一个正整数 n，第二行为 共 T 行， n × 2  个正整数表示这个序列。</w:t>
      </w:r>
    </w:p>
    <w:p>
      <w:pPr>
        <w:spacing w:before="40" w:after="40"/>
        <w:ind w:left="864"/>
      </w:pPr>
      <w:r>
        <w:rPr>
          <w:rFonts w:ascii="Consolas" w:hAnsi="Consolas"/>
          <w:sz w:val="18"/>
        </w:rPr>
        <w:t xml:space="preserve"> </w:t>
      </w:r>
    </w:p>
    <w:p>
      <w:pPr>
        <w:pStyle w:val="Heading1"/>
      </w:pPr>
      <w:r>
        <w:t>输出</w:t>
      </w:r>
    </w:p>
    <w:p>
      <w:pPr>
        <w:spacing w:before="40" w:after="40"/>
        <w:ind w:left="720"/>
      </w:pPr>
      <w:r>
        <w:rPr>
          <w:rFonts w:ascii="Consolas" w:hAnsi="Consolas"/>
          <w:sz w:val="18"/>
        </w:rPr>
      </w:r>
    </w:p>
    <w:p>
      <w:pPr>
        <w:spacing w:before="40" w:after="40"/>
        <w:ind w:left="720"/>
      </w:pPr>
      <w:r>
        <w:rPr>
          <w:rFonts w:ascii="Consolas" w:hAnsi="Consolas"/>
          <w:sz w:val="18"/>
        </w:rPr>
        <w:t>共 T 行，每一行给出一个字符串表示对应测试数据的结果。若小 Y 可以获胜，输出 Win, 否则输出 Lose。注意首字母要大写！</w:t>
      </w:r>
    </w:p>
    <w:p>
      <w:pPr>
        <w:spacing w:before="40" w:after="40"/>
        <w:ind w:left="864"/>
      </w:pPr>
      <w:r>
        <w:rPr>
          <w:rFonts w:ascii="Consolas" w:hAnsi="Consolas"/>
          <w:sz w:val="18"/>
        </w:rPr>
        <w:t xml:space="preserve"> </w:t>
      </w:r>
    </w:p>
    <w:p>
      <w:pPr>
        <w:pStyle w:val="Heading1"/>
      </w:pPr>
      <w:r>
        <w:t>提示</w:t>
      </w:r>
    </w:p>
    <w:p>
      <w:pPr>
        <w:spacing w:before="40" w:after="40"/>
        <w:ind w:left="720"/>
      </w:pPr>
      <w:r>
        <w:rPr>
          <w:rFonts w:ascii="Consolas" w:hAnsi="Consolas"/>
          <w:sz w:val="18"/>
        </w:rPr>
      </w:r>
    </w:p>
    <w:p>
      <w:pPr>
        <w:spacing w:before="40" w:after="40"/>
        <w:ind w:left="720"/>
      </w:pPr>
      <w:r>
        <w:rPr>
          <w:rFonts w:ascii="Consolas" w:hAnsi="Consolas"/>
          <w:sz w:val="18"/>
        </w:rPr>
        <w:t>【样例解释1】</w:t>
      </w:r>
    </w:p>
    <w:p>
      <w:pPr>
        <w:spacing w:before="40" w:after="40"/>
        <w:ind w:left="720"/>
      </w:pPr>
      <w:r>
        <w:rPr>
          <w:rFonts w:ascii="Consolas" w:hAnsi="Consolas"/>
          <w:sz w:val="18"/>
        </w:rPr>
        <w:t>对于第一组测试数据，这个序列本身就是回文序列；对于第二组测试数据，无论小 Y 删除 1 还是 2，小 H 只要删除和小 Y 一样的数，最后就能剩下两个一样的数，形成回文序列。</w:t>
      </w:r>
    </w:p>
    <w:p>
      <w:pPr>
        <w:spacing w:before="40" w:after="40"/>
        <w:ind w:left="720"/>
      </w:pPr>
      <w:r>
        <w:rPr>
          <w:rFonts w:ascii="Consolas" w:hAnsi="Consolas"/>
          <w:sz w:val="18"/>
        </w:rPr>
        <w:t>【样例解释2】</w:t>
      </w:r>
    </w:p>
    <w:p>
      <w:pPr>
        <w:spacing w:before="40" w:after="40"/>
        <w:ind w:left="720"/>
      </w:pPr>
      <w:r>
        <w:rPr>
          <w:rFonts w:ascii="Consolas" w:hAnsi="Consolas"/>
          <w:sz w:val="18"/>
        </w:rPr>
        <w:t>小 Y 只要删除 1，小 H 无论删除哪个数，最后只能剩下两个不一样的数，无法形成回文序列。</w:t>
      </w:r>
    </w:p>
    <w:p>
      <w:pPr>
        <w:spacing w:before="40" w:after="40"/>
        <w:ind w:left="720"/>
      </w:pPr>
      <w:r>
        <w:rPr>
          <w:rFonts w:ascii="Consolas" w:hAnsi="Consolas"/>
          <w:sz w:val="18"/>
        </w:rPr>
        <w:t>【数据范围】</w:t>
      </w:r>
    </w:p>
    <w:p>
      <w:pPr>
        <w:spacing w:before="40" w:after="40"/>
        <w:ind w:left="720"/>
      </w:pPr>
      <w:r>
        <w:rPr>
          <w:rFonts w:ascii="Consolas" w:hAnsi="Consolas"/>
          <w:sz w:val="18"/>
        </w:rPr>
        <w:t>本题共有 10 个测试点，每个测试点11分</w:t>
      </w:r>
    </w:p>
    <w:p>
      <w:pPr>
        <w:spacing w:before="40" w:after="40"/>
        <w:ind w:left="720"/>
      </w:pPr>
      <w:r>
        <w:rPr>
          <w:rFonts w:ascii="Consolas" w:hAnsi="Consolas"/>
          <w:sz w:val="18"/>
        </w:rPr>
        <w:t>对于全部测试点：T ≤ 5，n ≤ 10^5，序列中数的大小不超过10^5</w:t>
      </w:r>
    </w:p>
    <w:p>
      <w:pPr>
        <w:spacing w:before="40" w:after="40"/>
        <w:ind w:left="720"/>
      </w:pPr>
      <w:r>
        <w:rPr>
          <w:rFonts w:ascii="Consolas" w:hAnsi="Consolas"/>
          <w:sz w:val="18"/>
        </w:rPr>
        <w:t>对于测试点 1-3 ：1 ≤ n ≤ 2</w:t>
      </w:r>
    </w:p>
    <w:p>
      <w:pPr>
        <w:spacing w:before="40" w:after="40"/>
        <w:ind w:left="720"/>
      </w:pPr>
      <w:r>
        <w:rPr>
          <w:rFonts w:ascii="Consolas" w:hAnsi="Consolas"/>
          <w:sz w:val="18"/>
        </w:rPr>
        <w:t>对于测试点 4-5 ：保证序列中最多只有两种不同的数</w:t>
      </w:r>
    </w:p>
    <w:p>
      <w:pPr>
        <w:spacing w:before="40" w:after="40"/>
        <w:ind w:left="720"/>
      </w:pPr>
      <w:r>
        <w:rPr>
          <w:rFonts w:ascii="Consolas" w:hAnsi="Consolas"/>
          <w:sz w:val="18"/>
        </w:rPr>
      </w:r>
    </w:p>
    <w:p>
      <w:pPr>
        <w:spacing w:before="40" w:after="40"/>
        <w:ind w:left="720"/>
      </w:pPr>
      <w:r>
        <w:rPr>
          <w:rFonts w:ascii="Consolas" w:hAnsi="Consolas"/>
          <w:sz w:val="18"/>
        </w:rP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