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3725: 积木(block)</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3725</w:t>
            </w:r>
          </w:p>
        </w:tc>
      </w:tr>
      <w:tr>
        <w:tc>
          <w:tcPr>
            <w:tcW w:type="dxa" w:w="4320"/>
          </w:tcPr>
          <w:p>
            <w:r>
              <w:t>标签</w:t>
            </w:r>
          </w:p>
        </w:tc>
        <w:tc>
          <w:tcPr>
            <w:tcW w:type="dxa" w:w="4320"/>
          </w:tcPr>
          <w:p>
            <w:r>
              <w:t>市赛</w:t>
            </w:r>
          </w:p>
        </w:tc>
      </w:tr>
      <w:tr>
        <w:tc>
          <w:tcPr>
            <w:tcW w:type="dxa" w:w="4320"/>
          </w:tcPr>
          <w:p>
            <w:r>
              <w:t>难度</w:t>
            </w:r>
          </w:p>
        </w:tc>
        <w:tc>
          <w:tcPr>
            <w:tcW w:type="dxa" w:w="4320"/>
          </w:tcPr>
          <w:p>
            <w:r>
              <w:t>基础</w:t>
            </w:r>
          </w:p>
        </w:tc>
      </w:tr>
      <w:tr>
        <w:tc>
          <w:tcPr>
            <w:tcW w:type="dxa" w:w="4320"/>
          </w:tcPr>
          <w:p>
            <w:r>
              <w:t>正确</w:t>
            </w:r>
          </w:p>
        </w:tc>
        <w:tc>
          <w:tcPr>
            <w:tcW w:type="dxa" w:w="4320"/>
          </w:tcPr>
          <w:p>
            <w:r>
              <w:t>5</w:t>
            </w:r>
          </w:p>
        </w:tc>
      </w:tr>
      <w:tr>
        <w:tc>
          <w:tcPr>
            <w:tcW w:type="dxa" w:w="4320"/>
          </w:tcPr>
          <w:p>
            <w:r>
              <w:t>来源</w:t>
            </w:r>
          </w:p>
        </w:tc>
        <w:tc>
          <w:tcPr>
            <w:tcW w:type="dxa" w:w="4320"/>
          </w:tcPr>
          <w:p>
            <w:r>
              <w:t>23年常州市赛T7</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 xml:space="preserve">小 X 在地上玩积木，每块积木都是一个 1 × 1 × 1 的正方体。地面可以看成一个 n × m 的网格，其中每一小格内都整齐地从下到上堆着若干块积木。其中第 i 行第 j 列中有 h[i][j]块积木。 </w:t>
      </w:r>
    </w:p>
    <w:p>
      <w:pPr>
        <w:spacing w:before="40" w:after="40"/>
        <w:ind w:left="720"/>
      </w:pPr>
      <w:r>
        <w:rPr>
          <w:rFonts w:ascii="Consolas" w:hAnsi="Consolas"/>
          <w:sz w:val="18"/>
        </w:rPr>
        <w:t xml:space="preserve">现在小 X 想要拿走一些积木，使得剩下来的积木组成一个正方体，正方体指的是长宽高都相同的长方体。 </w:t>
      </w:r>
    </w:p>
    <w:p>
      <w:pPr>
        <w:spacing w:before="40" w:after="40"/>
        <w:ind w:left="720"/>
      </w:pPr>
      <w:r>
        <w:rPr>
          <w:rFonts w:ascii="Consolas" w:hAnsi="Consolas"/>
          <w:sz w:val="18"/>
        </w:rPr>
        <w:t>小 X 想问你他最少拿掉多少块积木才能使得最后剩下来的积木组成一个正方体。</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 xml:space="preserve">第一行，2 个整数 n 和 m 表示地面的大小。 </w:t>
      </w:r>
    </w:p>
    <w:p>
      <w:pPr>
        <w:spacing w:before="40" w:after="40"/>
        <w:ind w:left="720"/>
      </w:pPr>
      <w:r>
        <w:rPr>
          <w:rFonts w:ascii="Consolas" w:hAnsi="Consolas"/>
          <w:sz w:val="18"/>
        </w:rPr>
        <w:t>接下来 n 行，每行 m 个非负整数。第 i 行第 j 个数表示 h[i][j]。</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一行一个整数表示答案。</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【样例1解释】</w:t>
      </w:r>
    </w:p>
    <w:p>
      <w:pPr>
        <w:spacing w:before="40" w:after="40"/>
        <w:ind w:left="720"/>
      </w:pPr>
      <w:r>
        <w:rPr>
          <w:rFonts w:ascii="Consolas" w:hAnsi="Consolas"/>
          <w:sz w:val="18"/>
        </w:rPr>
        <w:t xml:space="preserve">拿完之后每个位置的积木数为： </w:t>
      </w:r>
    </w:p>
    <w:p>
      <w:pPr>
        <w:spacing w:before="40" w:after="40"/>
        <w:ind w:left="720"/>
      </w:pPr>
      <w:r>
        <w:rPr>
          <w:rFonts w:ascii="Consolas" w:hAnsi="Consolas"/>
          <w:sz w:val="18"/>
        </w:rPr>
        <w:t xml:space="preserve">2 2 0 </w:t>
      </w:r>
    </w:p>
    <w:p>
      <w:pPr>
        <w:spacing w:before="40" w:after="40"/>
        <w:ind w:left="720"/>
      </w:pPr>
      <w:r>
        <w:rPr>
          <w:rFonts w:ascii="Consolas" w:hAnsi="Consolas"/>
          <w:sz w:val="18"/>
        </w:rPr>
        <w:t xml:space="preserve">2 2 0 </w:t>
      </w:r>
    </w:p>
    <w:p>
      <w:pPr>
        <w:spacing w:before="40" w:after="40"/>
        <w:ind w:left="720"/>
      </w:pPr>
      <w:r>
        <w:rPr>
          <w:rFonts w:ascii="Consolas" w:hAnsi="Consolas"/>
          <w:sz w:val="18"/>
        </w:rPr>
        <w:t xml:space="preserve">0 0 0 </w:t>
      </w:r>
    </w:p>
    <w:p>
      <w:pPr>
        <w:spacing w:before="40" w:after="40"/>
        <w:ind w:left="720"/>
      </w:pPr>
      <w:r>
        <w:rPr>
          <w:rFonts w:ascii="Consolas" w:hAnsi="Consolas"/>
          <w:sz w:val="18"/>
        </w:rPr>
        <w:t>一共拿掉(2-2)+(2-2)+(1-0)+(3-2)+(2-2)+(2-0)+(3-0)+(1-0)+(2-0)=1+1+2+3+1+2=10 块积木。</w:t>
      </w:r>
    </w:p>
    <w:p>
      <w:pPr>
        <w:spacing w:before="40" w:after="40"/>
        <w:ind w:left="720"/>
      </w:pPr>
      <w:r>
        <w:rPr>
          <w:rFonts w:ascii="Consolas" w:hAnsi="Consolas"/>
          <w:sz w:val="18"/>
        </w:rPr>
        <w:t>【数据范围与解释】</w:t>
      </w:r>
    </w:p>
    <w:p>
      <w:pPr>
        <w:spacing w:before="40" w:after="40"/>
        <w:ind w:left="720"/>
      </w:pPr>
      <w:r>
        <w:rPr>
          <w:rFonts w:ascii="Consolas" w:hAnsi="Consolas"/>
          <w:sz w:val="18"/>
        </w:rPr>
        <w:t xml:space="preserve">对于所有测试点  1 ≤q n,m ≤q 1000 ,0 ≤q h[i][j] ≤q 1000 </w:t>
      </w:r>
    </w:p>
    <w:p>
      <w:pPr>
        <w:spacing w:before="40" w:after="40"/>
        <w:ind w:left="720"/>
      </w:pPr>
      <w:r>
        <w:rPr>
          <w:rFonts w:ascii="Consolas" w:hAnsi="Consolas"/>
          <w:sz w:val="18"/>
        </w:rPr>
        <w:t xml:space="preserve">对于测试点 1-3 ： 1 ≤q n,m ≤q 50 </w:t>
      </w:r>
    </w:p>
    <w:p>
      <w:pPr>
        <w:spacing w:before="40" w:after="40"/>
        <w:ind w:left="720"/>
      </w:pPr>
      <w:r>
        <w:rPr>
          <w:rFonts w:ascii="Consolas" w:hAnsi="Consolas"/>
          <w:sz w:val="18"/>
        </w:rPr>
        <w:t xml:space="preserve">对于测试点 4-6 ： 1 ≤q n,m ≤q 200 </w:t>
      </w:r>
    </w:p>
    <w:p>
      <w:pPr>
        <w:spacing w:before="40" w:after="40"/>
        <w:ind w:left="720"/>
      </w:pPr>
      <w:r>
        <w:rPr>
          <w:rFonts w:ascii="Consolas" w:hAnsi="Consolas"/>
          <w:sz w:val="18"/>
        </w:rPr>
        <w:t xml:space="preserve">对于测试点 7-9 ： 1 ≤q n,m ≤q 1000,0 ≤q h[i][j] ≤q 20 </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