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3679: 公倍数问题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3679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GESP八级数学调和级数24年3月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3月认证C++八级真题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写了一个 N × M的矩阵 A，我们看不到这个矩阵，但我们可以知道，其中第 i 行第 j 列的元素 A_{ij} 是 i 和 j 的公倍数（ i=1,...N， j=1,...M）。现在有 K 个小朋友，其中第 k 个小朋友想知道，矩阵 A 中最多有多少个元素可以是 k（ k=1,2,...K ）。请你帮助这些小朋友求解。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注意：每位小朋友的答案互不相关，例如，有些位置既可能是 x，又可能是 y，则它可以同时满足 x，y两名小朋友的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要求。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方便起见，你只需要输出 ∑_{k = 1}^K k × ans_{k}  即可，其中 ans_k 表示第 k 名小朋友感兴趣的答案。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第一行三个正整数 N,M,K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输出一行，即 ∑_{k = 1}^K k × ans_{k}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请注意，这个数可能很大，使用 C++ 语言的选手请酌情使用 long long 等数据类型存储答案。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【特别提醒】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在常规程序中，输入、输出时提供提示是好习惯。但在本场考试中，由于系统限定，请不要在输入、输出中附带任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何提示信息。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 A_{1,1} 可以是 1 ，其余都不行。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A_{1,1},A_{1,2},A_{2,1},A_{2,2}都可以是 2 ，而其余不行。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因此答案是 1 × 1+2 × 4=9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的测试点，保证 N,M,K ≤ 10；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的测试点，保证 N,M,K ≤ 500；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的测试点，保证 N,M ≤ 10^5，K ≤ 10^6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