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3670: 完全平方数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3670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GESP三级数组24年3月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1001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3月认证C++三级真题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小杨同学有一个包含 n 个非负整数的序列 A，他想要知道其中有多少对下标组合 ⟨ i,j⟩（1 ≤q i &lt; j ≤q n），使得 A_i + A_j 是完全平方数。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x 是完全平方数，则存在非负整数 y 使得 y × y = x。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第一行一个非负整数 n ，表示非负整数个数。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个非负整数 A_1,A_2,...,A_n，表示序列 A 包含的非负整数。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输出一个非负整数，表示和是完全平方数的非负整数对数。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1 4 3 3 5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≤q n ≤q 1000, 0 ≤q A_i ≤q 10^5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