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3632: 奶牛农场(b)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23年常州市赛T2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小X是CZ市著名的农场主，他拥有着CZ市最大的奶牛农场。农场里有一排牛棚，一共 n 个牛棚，从左到右依次编号为1,2,….,n。目前有些牛棚里住着奶牛，有些牛棚还是空的。每个奶牛有一个高度，其中第i个牛棚里的奶牛的高度为H[i],如果第i个牛棚里没有奶牛的话Hi=0,为了使小X的牛棚变得美观，他打算去市场上买一些奶牛放到空着的牛棚里(假设市场上能买到任意多个高度在1到10^9之间的任意正整数的奶牛),使得每个牛棚里都有一头奶牛，并且高度从左往右严格递增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请你告诉小X是否能让他的牛棚变得美观，如果可以请给出一个任意合法的方案。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第一行1个正整数n,表示牛棚个数。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第二行n个非负整数H[i],如果H[i]=0说明第i个牛棚是空的，否则说明第i个牛棚里面有一个高度为H[i]的奶牛。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第一行输出一个字符串YES或NO。如果让他的牛棚变得美观，则输出YES,否则输出NO。  (均不包含引号)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如果第一行输出YES,再输出第二行n个正整数1 ≤q H’[i] ≤q 10^9,你需要保证对所有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i ≤q n-1 满足 H’[i]&lt; H’[i+1] ,并且如果 H[i] &gt; 0,那么H’[i]=H[i],如果有多种合法的方案，输出任意一种即可。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【样例3解释】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因为高度是正整数，还要严格递增，所以第4头奶牛的高度必须&gt;=4。所以不存在满足题目条件的方案。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【样例4解释】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1000000000 0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因为买不到高度为&gt;10^9的奶牛，所以不存在满足题目条件的方案。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对于测试点1-5: 1 ≤q n  ≤q 5, 0 ≤q H[i] ≤q 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对于测试点6-9: 1 ≤q n ≤q 10^5,0 ≤q H[i] ≤q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（未做special judge）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