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3582: 飞行路线 [JLOI2011]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3582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省选图论分层图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461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省选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Alice 和 Bob 现在要乘飞机旅行，他们选择了一家相对便宜的航空公司。该航空公司一共在 n 个城市设有业务，设这些城市分别标记为 0 到 n-1，一共有 m 种航线，每种航线连接两个城市，并且航线有一定的价格。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Alice 和 Bob 现在要从一个城市沿着航线到达另一个城市，途中可以进行转机。航空公司对他们这次旅行也推出优惠，他们可以免费在最多 k 种航线上搭乘飞机。那么 Alice 和 Bob 这次出行最少花费多少？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第一行三个整数 n,m,k，分别表示城市数，航线数和免费乘坐次数。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接下来一行两个整数 s,t，分别表示他们出行的起点城市编号和终点城市编号。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m 行，每行三个整数 a,b,c，表示存在一种航线，能从城市 a 到达城市 b，或从城市 b 到达城市 a，价格为 c。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输出一行一个整数，为最少花费。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数据规模与约定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30% 的数据，2 ≤ n ≤ 50，1 ≤ m ≤ 300，k=0。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50% 的数据，2 ≤ n ≤ 600，1 ≤ m ≤ 6×10^3，0 ≤ k ≤ 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的数据，2 ≤ n ≤ 10^4，1 ≤ m ≤ 5× 10^4，0 ≤ k ≤ 10，0≤ s,t,a,b &lt; n，a≠ b，0≤ c≤ 10^3。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